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12 课　AI 伦理与未来展望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全年总结 · 科技向善 · 人机协同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翻一翻你这一年的笔记，回顾最难忘的一节 AI 课。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想一想：你希望未来的 AI 世界是什么样子？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1：完成全年'知识地图'，把 12 课按顺序填入正确位置。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2：用一句话说说你对'科技向善'的理解。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3：小组分享：这一年你最大的收获是什么？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全年的主线是：了解 AI → ________ AI → 负责任地使用 AI。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技术本身无善恶，关键看________怎么用。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未来不是 AI 取代人，而是________。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完成'我的 AI 学习收获卡'，画出全年知识地图。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写一句'给未来的承诺'，说说你准备怎样做负责任的数字公民。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