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  <w:jc w:val="center"/>
      </w:pPr>
      <w:r>
        <w:rPr>
          <w:rFonts w:ascii="Times New Roman" w:hAnsi="Times New Roman" w:eastAsia="黑体"/>
          <w:b/>
          <w:color w:val="1F4E79"/>
          <w:sz w:val="40"/>
        </w:rPr>
        <w:t>淮安市东城开明中学</w:t>
      </w:r>
    </w:p>
    <w:p>
      <w:pPr>
        <w:spacing w:after="200"/>
        <w:jc w:val="center"/>
      </w:pPr>
      <w:r>
        <w:rPr>
          <w:rFonts w:ascii="Times New Roman" w:hAnsi="Times New Roman" w:eastAsia="宋体"/>
          <w:b w:val="0"/>
          <w:color w:val="595959"/>
          <w:sz w:val="20"/>
        </w:rPr>
        <w:t>——————————————————————————————</w:t>
      </w:r>
    </w:p>
    <w:p>
      <w:pPr>
        <w:spacing w:after="120"/>
        <w:jc w:val="center"/>
      </w:pPr>
      <w:r>
        <w:rPr>
          <w:rFonts w:ascii="Times New Roman" w:hAnsi="Times New Roman" w:eastAsia="黑体"/>
          <w:b/>
          <w:color w:val="1F4E79"/>
          <w:sz w:val="36"/>
        </w:rPr>
        <w:t>第 11 课　AI 风险与安全</w:t>
      </w:r>
    </w:p>
    <w:p>
      <w:pPr>
        <w:spacing w:after="240"/>
        <w:jc w:val="center"/>
      </w:pPr>
      <w:r>
        <w:rPr>
          <w:rFonts w:ascii="Times New Roman" w:hAnsi="Times New Roman" w:eastAsia="楷体"/>
          <w:b w:val="0"/>
          <w:color w:val="595959"/>
          <w:sz w:val="21"/>
        </w:rPr>
        <w:t>初中人工智能通识课 · 随堂练习（含答案）</w:t>
      </w:r>
    </w:p>
    <w:p>
      <w:pPr>
        <w:spacing w:before="200" w:after="120"/>
      </w:pPr>
      <w:r>
        <w:rPr>
          <w:rFonts w:ascii="Times New Roman" w:hAnsi="Times New Roman" w:eastAsia="黑体"/>
          <w:b/>
          <w:color w:val="1F4E79"/>
          <w:sz w:val="28"/>
        </w:rPr>
        <w:t>一、选择题</w:t>
      </w:r>
    </w:p>
    <w:p>
      <w:pPr>
        <w:spacing w:line="324" w:lineRule="auto"/>
      </w:pPr>
      <w:r>
        <w:rPr>
          <w:rFonts w:ascii="Times New Roman" w:hAnsi="Times New Roman" w:eastAsia="宋体"/>
          <w:b w:val="0"/>
          <w:sz w:val="23"/>
        </w:rPr>
        <w:t>1. AI 生成看似合理但实际错误的信息，称为（　）。</w:t>
      </w:r>
    </w:p>
    <w:p>
      <w:pPr>
        <w:ind w:left="480"/>
      </w:pPr>
      <w:r>
        <w:rPr>
          <w:rFonts w:ascii="Times New Roman" w:hAnsi="Times New Roman" w:eastAsia="宋体"/>
          <w:b w:val="0"/>
          <w:sz w:val="23"/>
        </w:rPr>
        <w:t>A. AI 幻觉</w:t>
      </w:r>
    </w:p>
    <w:p>
      <w:pPr>
        <w:ind w:left="480"/>
      </w:pPr>
      <w:r>
        <w:rPr>
          <w:rFonts w:ascii="Times New Roman" w:hAnsi="Times New Roman" w:eastAsia="宋体"/>
          <w:b w:val="0"/>
          <w:sz w:val="23"/>
        </w:rPr>
        <w:t>B. 深度学习</w:t>
      </w:r>
    </w:p>
    <w:p>
      <w:pPr>
        <w:ind w:left="480"/>
      </w:pPr>
      <w:r>
        <w:rPr>
          <w:rFonts w:ascii="Times New Roman" w:hAnsi="Times New Roman" w:eastAsia="宋体"/>
          <w:b w:val="0"/>
          <w:sz w:val="23"/>
        </w:rPr>
        <w:t>C. 数据挖掘</w:t>
      </w:r>
    </w:p>
    <w:p>
      <w:pPr>
        <w:ind w:left="480"/>
      </w:pPr>
      <w:r>
        <w:rPr>
          <w:rFonts w:ascii="Times New Roman" w:hAnsi="Times New Roman" w:eastAsia="宋体"/>
          <w:b w:val="0"/>
          <w:sz w:val="23"/>
        </w:rPr>
        <w:t>D. 智能推荐</w:t>
      </w:r>
    </w:p>
    <w:p>
      <w:pPr>
        <w:spacing w:line="324" w:lineRule="auto"/>
      </w:pPr>
      <w:r>
        <w:rPr>
          <w:rFonts w:ascii="Times New Roman" w:hAnsi="Times New Roman" w:eastAsia="宋体"/>
          <w:b w:val="0"/>
          <w:sz w:val="23"/>
        </w:rPr>
        <w:t>2. 用 AI 换脸、换声音制造假视频的技术叫（　）。</w:t>
      </w:r>
    </w:p>
    <w:p>
      <w:pPr>
        <w:ind w:left="480"/>
      </w:pPr>
      <w:r>
        <w:rPr>
          <w:rFonts w:ascii="Times New Roman" w:hAnsi="Times New Roman" w:eastAsia="宋体"/>
          <w:b w:val="0"/>
          <w:sz w:val="23"/>
        </w:rPr>
        <w:t>A. 深度伪造</w:t>
      </w:r>
    </w:p>
    <w:p>
      <w:pPr>
        <w:ind w:left="480"/>
      </w:pPr>
      <w:r>
        <w:rPr>
          <w:rFonts w:ascii="Times New Roman" w:hAnsi="Times New Roman" w:eastAsia="宋体"/>
          <w:b w:val="0"/>
          <w:sz w:val="23"/>
        </w:rPr>
        <w:t>B. 3D 打印</w:t>
      </w:r>
    </w:p>
    <w:p>
      <w:pPr>
        <w:ind w:left="480"/>
      </w:pPr>
      <w:r>
        <w:rPr>
          <w:rFonts w:ascii="Times New Roman" w:hAnsi="Times New Roman" w:eastAsia="宋体"/>
          <w:b w:val="0"/>
          <w:sz w:val="23"/>
        </w:rPr>
        <w:t>C. 虚拟现实</w:t>
      </w:r>
    </w:p>
    <w:p>
      <w:pPr>
        <w:ind w:left="480"/>
      </w:pPr>
      <w:r>
        <w:rPr>
          <w:rFonts w:ascii="Times New Roman" w:hAnsi="Times New Roman" w:eastAsia="宋体"/>
          <w:b w:val="0"/>
          <w:sz w:val="23"/>
        </w:rPr>
        <w:t>D. 云存储</w:t>
      </w:r>
    </w:p>
    <w:p>
      <w:pPr>
        <w:spacing w:line="324" w:lineRule="auto"/>
      </w:pPr>
      <w:r>
        <w:rPr>
          <w:rFonts w:ascii="Times New Roman" w:hAnsi="Times New Roman" w:eastAsia="宋体"/>
          <w:b w:val="0"/>
          <w:sz w:val="23"/>
        </w:rPr>
        <w:t>3. 收到'家人发来的借钱语音'，正确的做法是（　）。</w:t>
      </w:r>
    </w:p>
    <w:p>
      <w:pPr>
        <w:ind w:left="480"/>
      </w:pPr>
      <w:r>
        <w:rPr>
          <w:rFonts w:ascii="Times New Roman" w:hAnsi="Times New Roman" w:eastAsia="宋体"/>
          <w:b w:val="0"/>
          <w:sz w:val="23"/>
        </w:rPr>
        <w:t>A. 立即转账</w:t>
      </w:r>
    </w:p>
    <w:p>
      <w:pPr>
        <w:ind w:left="480"/>
      </w:pPr>
      <w:r>
        <w:rPr>
          <w:rFonts w:ascii="Times New Roman" w:hAnsi="Times New Roman" w:eastAsia="宋体"/>
          <w:b w:val="0"/>
          <w:sz w:val="23"/>
        </w:rPr>
        <w:t>B. 先核实身份、不轻易转账</w:t>
      </w:r>
    </w:p>
    <w:p>
      <w:pPr>
        <w:ind w:left="480"/>
      </w:pPr>
      <w:r>
        <w:rPr>
          <w:rFonts w:ascii="Times New Roman" w:hAnsi="Times New Roman" w:eastAsia="宋体"/>
          <w:b w:val="0"/>
          <w:sz w:val="23"/>
        </w:rPr>
        <w:t>C. 转发给别人</w:t>
      </w:r>
    </w:p>
    <w:p>
      <w:pPr>
        <w:ind w:left="480"/>
      </w:pPr>
      <w:r>
        <w:rPr>
          <w:rFonts w:ascii="Times New Roman" w:hAnsi="Times New Roman" w:eastAsia="宋体"/>
          <w:b w:val="0"/>
          <w:sz w:val="23"/>
        </w:rPr>
        <w:t>D. 忽略不理</w:t>
      </w:r>
    </w:p>
    <w:p>
      <w:pPr>
        <w:spacing w:line="324" w:lineRule="auto"/>
      </w:pPr>
      <w:r>
        <w:rPr>
          <w:rFonts w:ascii="Times New Roman" w:hAnsi="Times New Roman" w:eastAsia="宋体"/>
          <w:b w:val="0"/>
          <w:sz w:val="23"/>
        </w:rPr>
        <w:t>4. 保护个人隐私，下列做法正确的是（　）。</w:t>
      </w:r>
    </w:p>
    <w:p>
      <w:pPr>
        <w:ind w:left="480"/>
      </w:pPr>
      <w:r>
        <w:rPr>
          <w:rFonts w:ascii="Times New Roman" w:hAnsi="Times New Roman" w:eastAsia="宋体"/>
          <w:b w:val="0"/>
          <w:sz w:val="23"/>
        </w:rPr>
        <w:t>A. 随便上传身份证照片</w:t>
      </w:r>
    </w:p>
    <w:p>
      <w:pPr>
        <w:ind w:left="480"/>
      </w:pPr>
      <w:r>
        <w:rPr>
          <w:rFonts w:ascii="Times New Roman" w:hAnsi="Times New Roman" w:eastAsia="宋体"/>
          <w:b w:val="0"/>
          <w:sz w:val="23"/>
        </w:rPr>
        <w:t>B. 不随意泄露个人信息</w:t>
      </w:r>
    </w:p>
    <w:p>
      <w:pPr>
        <w:ind w:left="480"/>
      </w:pPr>
      <w:r>
        <w:rPr>
          <w:rFonts w:ascii="Times New Roman" w:hAnsi="Times New Roman" w:eastAsia="宋体"/>
          <w:b w:val="0"/>
          <w:sz w:val="23"/>
        </w:rPr>
        <w:t>C. 把密码告诉网友</w:t>
      </w:r>
    </w:p>
    <w:p>
      <w:pPr>
        <w:ind w:left="480"/>
      </w:pPr>
      <w:r>
        <w:rPr>
          <w:rFonts w:ascii="Times New Roman" w:hAnsi="Times New Roman" w:eastAsia="宋体"/>
          <w:b w:val="0"/>
          <w:sz w:val="23"/>
        </w:rPr>
        <w:t>D. 公开家庭住址</w:t>
      </w:r>
    </w:p>
    <w:p>
      <w:pPr>
        <w:spacing w:line="324" w:lineRule="auto"/>
      </w:pPr>
      <w:r>
        <w:rPr>
          <w:rFonts w:ascii="Times New Roman" w:hAnsi="Times New Roman" w:eastAsia="宋体"/>
          <w:b w:val="0"/>
          <w:sz w:val="23"/>
        </w:rPr>
        <w:t>5. 防范 AI 风险，最重要的习惯是（　）。</w:t>
      </w:r>
    </w:p>
    <w:p>
      <w:pPr>
        <w:ind w:left="480"/>
      </w:pPr>
      <w:r>
        <w:rPr>
          <w:rFonts w:ascii="Times New Roman" w:hAnsi="Times New Roman" w:eastAsia="宋体"/>
          <w:b w:val="0"/>
          <w:sz w:val="23"/>
        </w:rPr>
        <w:t>A. 不轻信、多核实</w:t>
      </w:r>
    </w:p>
    <w:p>
      <w:pPr>
        <w:ind w:left="480"/>
      </w:pPr>
      <w:r>
        <w:rPr>
          <w:rFonts w:ascii="Times New Roman" w:hAnsi="Times New Roman" w:eastAsia="宋体"/>
          <w:b w:val="0"/>
          <w:sz w:val="23"/>
        </w:rPr>
        <w:t>B. 看到就信</w:t>
      </w:r>
    </w:p>
    <w:p>
      <w:pPr>
        <w:ind w:left="480"/>
      </w:pPr>
      <w:r>
        <w:rPr>
          <w:rFonts w:ascii="Times New Roman" w:hAnsi="Times New Roman" w:eastAsia="宋体"/>
          <w:b w:val="0"/>
          <w:sz w:val="23"/>
        </w:rPr>
        <w:t>C. 随便点链接</w:t>
      </w:r>
    </w:p>
    <w:p>
      <w:pPr>
        <w:ind w:left="480"/>
      </w:pPr>
      <w:r>
        <w:rPr>
          <w:rFonts w:ascii="Times New Roman" w:hAnsi="Times New Roman" w:eastAsia="宋体"/>
          <w:b w:val="0"/>
          <w:sz w:val="23"/>
        </w:rPr>
        <w:t>D. 泄露隐私</w:t>
      </w:r>
    </w:p>
    <w:p>
      <w:pPr>
        <w:spacing w:before="200" w:after="120"/>
      </w:pPr>
      <w:r>
        <w:rPr>
          <w:rFonts w:ascii="Times New Roman" w:hAnsi="Times New Roman" w:eastAsia="黑体"/>
          <w:b/>
          <w:color w:val="1F4E79"/>
          <w:sz w:val="28"/>
        </w:rPr>
        <w:t>二、填空题</w:t>
      </w:r>
    </w:p>
    <w:p>
      <w:pPr>
        <w:spacing w:line="324" w:lineRule="auto"/>
      </w:pPr>
      <w:r>
        <w:rPr>
          <w:rFonts w:ascii="Times New Roman" w:hAnsi="Times New Roman" w:eastAsia="宋体"/>
          <w:b w:val="0"/>
          <w:sz w:val="23"/>
        </w:rPr>
        <w:t>1. AI 生成看似合理却错误的信息，称为 AI________。</w:t>
      </w:r>
    </w:p>
    <w:p>
      <w:pPr>
        <w:spacing w:line="324" w:lineRule="auto"/>
      </w:pPr>
      <w:r>
        <w:rPr>
          <w:rFonts w:ascii="Times New Roman" w:hAnsi="Times New Roman" w:eastAsia="宋体"/>
          <w:b w:val="0"/>
          <w:sz w:val="23"/>
        </w:rPr>
        <w:t>2. 用 AI 换脸、换声音的技术叫________。</w:t>
      </w:r>
    </w:p>
    <w:p>
      <w:pPr>
        <w:spacing w:line="324" w:lineRule="auto"/>
      </w:pPr>
      <w:r>
        <w:rPr>
          <w:rFonts w:ascii="Times New Roman" w:hAnsi="Times New Roman" w:eastAsia="宋体"/>
          <w:b w:val="0"/>
          <w:sz w:val="23"/>
        </w:rPr>
        <w:t>3. 防范 AI 风险的八字口诀：不轻信、多核实、护隐私、________。</w:t>
      </w:r>
    </w:p>
    <w:p>
      <w:pPr>
        <w:spacing w:before="200" w:after="120"/>
      </w:pPr>
      <w:r>
        <w:rPr>
          <w:rFonts w:ascii="Times New Roman" w:hAnsi="Times New Roman" w:eastAsia="黑体"/>
          <w:b/>
          <w:color w:val="1F4E79"/>
          <w:sz w:val="28"/>
        </w:rPr>
        <w:t>三、简答题</w:t>
      </w:r>
    </w:p>
    <w:p>
      <w:pPr>
        <w:spacing w:line="324" w:lineRule="auto"/>
      </w:pPr>
      <w:r>
        <w:rPr>
          <w:rFonts w:ascii="Times New Roman" w:hAnsi="Times New Roman" w:eastAsia="宋体"/>
          <w:b w:val="0"/>
          <w:sz w:val="23"/>
        </w:rPr>
        <w:t>1. 什么是 AI 幻觉？遇到重要信息应该怎么办？</w:t>
      </w:r>
    </w:p>
    <w:p>
      <w:pPr>
        <w:spacing w:line="324" w:lineRule="auto"/>
      </w:pPr>
      <w:r>
        <w:rPr>
          <w:rFonts w:ascii="Times New Roman" w:hAnsi="Times New Roman" w:eastAsia="宋体"/>
          <w:b w:val="0"/>
          <w:sz w:val="23"/>
        </w:rPr>
        <w:t>2. 请说出两个防范 AI 诈骗的方法。</w:t>
      </w:r>
    </w:p>
    <w:p>
      <w:r>
        <w:br w:type="page"/>
      </w:r>
    </w:p>
    <w:p>
      <w:pPr>
        <w:spacing w:after="120"/>
        <w:jc w:val="center"/>
      </w:pPr>
      <w:r>
        <w:rPr>
          <w:rFonts w:ascii="Times New Roman" w:hAnsi="Times New Roman" w:eastAsia="黑体"/>
          <w:b/>
          <w:color w:val="1F4E79"/>
          <w:sz w:val="30"/>
        </w:rPr>
        <w:t>第 11 课　参考答案</w:t>
      </w:r>
    </w:p>
    <w:p>
      <w:pPr>
        <w:spacing w:before="200" w:after="120"/>
      </w:pPr>
      <w:r>
        <w:rPr>
          <w:rFonts w:ascii="Times New Roman" w:hAnsi="Times New Roman" w:eastAsia="黑体"/>
          <w:b/>
          <w:color w:val="1F4E79"/>
          <w:sz w:val="28"/>
        </w:rPr>
        <w:t>一、选择题答案</w:t>
      </w:r>
    </w:p>
    <w:p>
      <w:r>
        <w:rPr>
          <w:rFonts w:ascii="Times New Roman" w:hAnsi="Times New Roman" w:eastAsia="宋体"/>
          <w:b w:val="0"/>
          <w:color w:val="C0392B"/>
          <w:sz w:val="23"/>
        </w:rPr>
        <w:t>1. A</w:t>
      </w:r>
    </w:p>
    <w:p>
      <w:r>
        <w:rPr>
          <w:rFonts w:ascii="Times New Roman" w:hAnsi="Times New Roman" w:eastAsia="宋体"/>
          <w:b w:val="0"/>
          <w:color w:val="C0392B"/>
          <w:sz w:val="23"/>
        </w:rPr>
        <w:t>2. A</w:t>
      </w:r>
    </w:p>
    <w:p>
      <w:r>
        <w:rPr>
          <w:rFonts w:ascii="Times New Roman" w:hAnsi="Times New Roman" w:eastAsia="宋体"/>
          <w:b w:val="0"/>
          <w:color w:val="C0392B"/>
          <w:sz w:val="23"/>
        </w:rPr>
        <w:t>3. B</w:t>
      </w:r>
    </w:p>
    <w:p>
      <w:r>
        <w:rPr>
          <w:rFonts w:ascii="Times New Roman" w:hAnsi="Times New Roman" w:eastAsia="宋体"/>
          <w:b w:val="0"/>
          <w:color w:val="C0392B"/>
          <w:sz w:val="23"/>
        </w:rPr>
        <w:t>4. B</w:t>
      </w:r>
    </w:p>
    <w:p>
      <w:r>
        <w:rPr>
          <w:rFonts w:ascii="Times New Roman" w:hAnsi="Times New Roman" w:eastAsia="宋体"/>
          <w:b w:val="0"/>
          <w:color w:val="C0392B"/>
          <w:sz w:val="23"/>
        </w:rPr>
        <w:t>5. A</w:t>
      </w:r>
    </w:p>
    <w:p>
      <w:pPr>
        <w:spacing w:before="200" w:after="120"/>
      </w:pPr>
      <w:r>
        <w:rPr>
          <w:rFonts w:ascii="Times New Roman" w:hAnsi="Times New Roman" w:eastAsia="黑体"/>
          <w:b/>
          <w:color w:val="1F4E79"/>
          <w:sz w:val="28"/>
        </w:rPr>
        <w:t>二、填空题答案</w:t>
      </w:r>
    </w:p>
    <w:p>
      <w:r>
        <w:rPr>
          <w:rFonts w:ascii="Times New Roman" w:hAnsi="Times New Roman" w:eastAsia="宋体"/>
          <w:b w:val="0"/>
          <w:color w:val="C0392B"/>
          <w:sz w:val="23"/>
        </w:rPr>
        <w:t>1. 幻觉</w:t>
      </w:r>
    </w:p>
    <w:p>
      <w:r>
        <w:rPr>
          <w:rFonts w:ascii="Times New Roman" w:hAnsi="Times New Roman" w:eastAsia="宋体"/>
          <w:b w:val="0"/>
          <w:color w:val="C0392B"/>
          <w:sz w:val="23"/>
        </w:rPr>
        <w:t>2. 深度伪造</w:t>
      </w:r>
    </w:p>
    <w:p>
      <w:r>
        <w:rPr>
          <w:rFonts w:ascii="Times New Roman" w:hAnsi="Times New Roman" w:eastAsia="宋体"/>
          <w:b w:val="0"/>
          <w:color w:val="C0392B"/>
          <w:sz w:val="23"/>
        </w:rPr>
        <w:t>3. 防诈骗</w:t>
      </w:r>
    </w:p>
    <w:p>
      <w:pPr>
        <w:spacing w:before="200" w:after="120"/>
      </w:pPr>
      <w:r>
        <w:rPr>
          <w:rFonts w:ascii="Times New Roman" w:hAnsi="Times New Roman" w:eastAsia="黑体"/>
          <w:b/>
          <w:color w:val="1F4E79"/>
          <w:sz w:val="28"/>
        </w:rPr>
        <w:t>三、简答题参考答案</w:t>
      </w:r>
    </w:p>
    <w:p>
      <w:pPr>
        <w:spacing w:line="324" w:lineRule="auto"/>
      </w:pPr>
      <w:r>
        <w:rPr>
          <w:rFonts w:ascii="Times New Roman" w:hAnsi="Times New Roman" w:eastAsia="宋体"/>
          <w:b w:val="0"/>
          <w:color w:val="C0392B"/>
          <w:sz w:val="23"/>
        </w:rPr>
        <w:t>1. AI 幻觉指 AI 生成看似合理但实际错误的内容。遇到重要信息要核实来源、多方查证，不盲目相信。</w:t>
      </w:r>
    </w:p>
    <w:p>
      <w:pPr>
        <w:spacing w:line="324" w:lineRule="auto"/>
      </w:pPr>
      <w:r>
        <w:rPr>
          <w:rFonts w:ascii="Times New Roman" w:hAnsi="Times New Roman" w:eastAsia="宋体"/>
          <w:b w:val="0"/>
          <w:color w:val="C0392B"/>
          <w:sz w:val="23"/>
        </w:rPr>
        <w:t>2. 示例：遇到'借钱''转账'先核实身份；不随意点击陌生链接、不泄露验证码；及时告知家长或老师。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247" w:right="1417" w:bottom="124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Times New Roman" w:hAnsi="Times New Roman" w:eastAsia="宋体"/>
        <w:b w:val="0"/>
        <w:color w:val="595959"/>
        <w:sz w:val="16"/>
      </w:rPr>
      <w:t>淮安市东城开明中学 · 初中人工智能通识课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  <w:r/>
    <w:r>
      <w:rPr>
        <w:rFonts w:ascii="Times New Roman" w:hAnsi="Times New Roman" w:eastAsia="宋体"/>
        <w:b/>
        <w:color w:val="1F4E79"/>
        <w:sz w:val="18"/>
      </w:rPr>
      <w:t>淮安市东城开明中学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