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10 课　AI 各行各业应用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学生学案　|　生活 · 交通 · 医疗 · 工业 · 教育 · 办公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一、课前预习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留心观察：你今天从起床到上学，遇到过哪些'聪明'的设备？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想一想：外卖是怎么这么快送到你手上的？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二、课堂学习任务单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1：把六大领域（生活、交通、医疗、工业、教育、办公）与对应 AI 应用连线。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2：完成'身边的 AI 观察记录表'，至少写 3 个。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3：小组讨论：AI 帮人做事时，人还重要吗？为什么？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三、课堂填空 / 简答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AI 在交通领域的典型应用有智能导航、________等。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AI 在医疗领域可以帮助医生进行________辅助诊断。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AI 在各行各业中，起主导作用的始终是________。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四、课后巩固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观察身边 3 个 AI 应用，写下它们分别帮人做了什么。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畅想：你希望 AI 在未来帮你解决生活中的哪个难题？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