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9 课　AI 编程思维</w:t>
      </w:r>
    </w:p>
    <w:p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学生学案　|　零基础看懂 AI 代码生成逻辑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一、课前预习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想一想：什么是'算法'？你能说出'早上起床到上学'的步骤吗？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如果你能做一个 APP，你最想让它做什么？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二、课堂学习任务单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1：把'需求、算法、代码'三个词按 AI 生成代码的顺序排列。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2：用自然语言写出'判断一个数是不是偶数'的步骤。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3：小组讨论：AI 能写代码了，人还需要学编程吗？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三、课堂填空 / 简答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AI 生成代码的三步：描述需求 → 拆解________ → 生成代码。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算法就是解决问题的________。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编程思维 = 把大问题拆成________。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四、课后巩固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用自然语言描述一个你想让 AI 实现的小程序，写出步骤。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思考：AI 会写代码后，人更需要掌握什么能力？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