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7 课　AI 赋能高效学习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预习 · 答疑 · 错题整理 · 知识梳理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选一门明天要上的课，想一想：预习它时你最想先了解什么？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回忆一次'怎么也弄不懂'的经历，当时你希望得到怎样的帮助？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1：把四类 AI 学习应用（预习、答疑、错题、梳理）与对应场景连线。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2：改写一个'糟糕的提问'，让它变成一个'好的提问'。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3：小组讨论：AI 帮你学习时，哪些事应该自己做、不能交给 AI？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辅助学习的四类应用是：预习、________、错题整理、知识梳理。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向 AI 提问时要________，说清自己卡在哪一步。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使用 AI 学习应坚持'要________不要答案'。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用 AI 预习一门课，记录你的提问和 AI 的讲解。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整理 3 道最近做错的题，请 AI 帮你分析错因。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