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6 课　AI 能力跃迁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学生学案　|　从被动问答到 AI 智能体自主做事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一、课前预习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想一想：你身边的语音助手只会'回答问题'，还是会'帮你做事'？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如果 AI 能替你做一件事，你最想让它做什么？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二、课堂学习任务单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1：判断下列是'问答型 AI'还是'智能体'：查天气、订机票、背古诗、自动整理错题。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2：用'感知→规划→执行'补全一个智能体的工作流程。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3：小组讨论：智能体越自主，越需要注意什么？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三、课堂填空 / 简答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智能体的三大能力是：感知、________、执行。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普通 AI 是'你问一句、它答一句'，属于________（被动/主动）问答。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智能体能够领到任务后________想办法完成。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四、课后巩固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设计一个'我的专属智能体'：名字 + 能力 + 一个工作流程。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思考：让智能体自主做事，需要给它哪些'规则'保证安全？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