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5 课　国产 AI 大模型全景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豆包 · 通义千问 · 腾讯元宝 · DeepSeek · 小米 AI · 编程雀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数一数：你或家人手机上装过哪些国产 AI 应用？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查一查：DeepSeek 为什么在网上这么火？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1：完成'国产大模型一览表'：名称 + 出品方 + 关键词。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2：把不同需求（聊天、写作业助手、编程、智能家居）匹配给合适的国产 AI。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3：小组分享：你用过哪款国产 AI？体验如何？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豆包是________公司出品的 AI 助手。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腾讯出品的 AI 助手叫________。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以'开源、推理能力强'著称的国产大模型是________。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和家人体验一款国产 AI，写一句推荐语。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整理出你心中'最适合学生用的国产 AI'并说明理由。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