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4 课　国外主流 AI 大模型</w:t>
      </w:r>
    </w:p>
    <w:p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学生学案　|　ChatGPT 全系迭代 · Codex · Gemini · Claude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一、课前预习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和爸爸妈妈聊聊：你听说过 ChatGPT 吗？它能做什么？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想一想：'写代码的 AI'和'聊天的 AI'是同一种 AI 吗？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二、课堂学习任务单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1：完成'大模型能力名片'表格：模型名 + 一句话介绍 + 最擅长的事。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2：把下列任务（聊天、写代码、看图）匹配给最合适的大模型。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3：小组讨论：大模型为什么也要不断'迭代升级'？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三、课堂填空 / 简答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ChatGPT 属于________（国内/国外）公司推出的 AI 大模型。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擅长写代码的大模型是________。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谷歌推出的多模态大模型是________。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四、课后巩固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在家长陪同下体验一款大模型，记录一个问题和它的回答。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完成'大模型能力名片'，给 ChatGPT、Codex、Gemini、Claude 各写一句介绍。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