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3 课　AI 萌芽与人机博弈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提出'图灵测试'的科学家是（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牛顿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图灵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爱迪生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达尔文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1997 年战胜国际象棋世界冠军的 AI 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AlphaGo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深蓝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GPT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天猫精灵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2016 年 AlphaGo 战胜的围棋选手是（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卡斯帕罗夫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柯洁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李世石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李昌镐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深蓝取胜主要靠（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强大的计算搜索能力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自主学习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运气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人类遥控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AlphaGo 的核心技术是（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穷举所有走法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深度学习、自主学习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人工编程固定套路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掷骰子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1997 年，深蓝战胜了国际象棋世界冠军________。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2016 年，AlphaGo 以________比 1 战胜李世石。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深蓝靠算力取胜，AlphaGo 靠________取胜。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为什么说围棋比国际象棋更难被计算机掌握？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深蓝和 AlphaGo 取胜方式有什么根本不同？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3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C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卡斯帕罗夫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2. 4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自主学习（深度学习）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围棋棋盘大、变化数量极其庞大，无法靠穷举所有走法来下棋，必须依靠更聪明的方法。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深蓝靠超强的计算搜索（算力碾压），AlphaGo 靠深度学习从棋谱中自主学习策略，更有'创造性'。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