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2 课　互联网迭代史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Web1.0 时代，网络用户的主要角色是（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读者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作者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管理员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开发者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下列属于 Web2.0 典型应用的是（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早期门户网站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短视频平台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黄页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纸质报纸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'千人千面'的个性化推荐主要出现在（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Web1.0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Web2.0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智能大数据时代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电报时代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互联网发展的三个阶段顺序正确的是（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Web2.0→Web1.0→大数据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Web1.0→Web2.0→智能大数据时代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大数据→Web1.0→Web2.0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Web1.0→大数据→Web2.0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'信息茧房'指的是（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网络上的房间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只看自己喜欢的内容，视野变窄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一种病毒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一种编程语言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互联网发展大致经历 Web1.0、________、智能大数据时代三个阶段。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Web2.0 时代用户既能读又能________。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智能推荐依赖海量________和算法。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用一句话分别概括 Web1.0 和 Web2.0 的区别。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说说'信息茧房'可能带来的一个坏处。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2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C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Web2.0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写（发布/创作）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数据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Web1.0 只能看（只读），Web2.0 既能看也能发（读写互动）。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长期只接触单一类型的信息，视野变窄、观点容易片面，难以了解多元世界。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