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2 课　互联网迭代史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学生学案　|　Web1.0 · Web2.0 · 智能大数据时代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一、课前预习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问问爸爸妈妈：他们小时候（20 年前）是怎么上网的？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观察自己常看的 APP，想一想它为什么总推荐你'喜欢'的内容？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二、课堂学习任务单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1：把'门户网站''短视频''智能推荐'分别归入正确的互联网阶段。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2：画出互联网三个阶段的简单示意图。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3：小组讨论：大数据时代，平台是怎么知道你喜欢什么的？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三、课堂填空 / 简答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Web1.0 时代，用户主要是________（只读/读写互动）信息。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Web2.0 时代，用户既能看也能________，代表应用有微信、抖音等。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智能大数据时代，平台通过________实现'千人千面'的个性化推荐。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四、课后巩固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采访长辈并写 100 字短文：他 20 年前是如何上网的？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思考：'信息茧房'是什么意思？怎样避免只看自己喜欢的内容？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