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Times New Roman" w:hAnsi="Times New Roman" w:eastAsia="黑体"/>
          <w:b/>
          <w:color w:val="1F4E79"/>
          <w:sz w:val="40"/>
        </w:rPr>
        <w:t>淮安市东城开明中学</w:t>
      </w:r>
    </w:p>
    <w:p>
      <w:pPr>
        <w:spacing w:after="200"/>
        <w:jc w:val="center"/>
      </w:pPr>
      <w:r>
        <w:rPr>
          <w:rFonts w:ascii="Times New Roman" w:hAnsi="Times New Roman" w:eastAsia="宋体"/>
          <w:b w:val="0"/>
          <w:color w:val="595959"/>
          <w:sz w:val="20"/>
        </w:rPr>
        <w:t>——————————————————————————————</w:t>
      </w:r>
    </w:p>
    <w:p>
      <w:pPr>
        <w:spacing w:after="120"/>
        <w:jc w:val="center"/>
      </w:pPr>
      <w:r>
        <w:rPr>
          <w:rFonts w:ascii="Times New Roman" w:hAnsi="Times New Roman" w:eastAsia="黑体"/>
          <w:b/>
          <w:color w:val="1F4E79"/>
          <w:sz w:val="36"/>
        </w:rPr>
        <w:t>第 1 课　计算机百年发展史</w:t>
      </w:r>
    </w:p>
    <w:p>
      <w:pPr>
        <w:spacing w:after="240"/>
        <w:jc w:val="center"/>
      </w:pPr>
      <w:r>
        <w:rPr>
          <w:rFonts w:ascii="Times New Roman" w:hAnsi="Times New Roman" w:eastAsia="楷体"/>
          <w:b w:val="0"/>
          <w:color w:val="595959"/>
          <w:sz w:val="21"/>
        </w:rPr>
        <w:t>初中人工智能通识课 · 学生学案　|　电子管 · 晶体管 · 集成电路 · 超大规模集成电路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一、课前预习</w:t>
      </w:r>
    </w:p>
    <w:p>
      <w:pPr>
        <w:spacing w:lineRule="auto" w:line="324"/>
        <w:ind w:left="360"/>
      </w:pPr>
      <w:r>
        <w:rPr>
          <w:rFonts w:ascii="Times New Roman" w:hAnsi="Times New Roman" w:eastAsia="宋体"/>
          <w:b w:val="0"/>
          <w:sz w:val="24"/>
        </w:rPr>
        <w:t>· 请家长或自己上网查一查：世界上第一台通用电子计算机叫什么名字？哪一年诞生？</w:t>
      </w:r>
    </w:p>
    <w:p>
      <w:pPr>
        <w:spacing w:lineRule="auto" w:line="324"/>
        <w:ind w:left="360"/>
      </w:pPr>
      <w:r>
        <w:rPr>
          <w:rFonts w:ascii="Times New Roman" w:hAnsi="Times New Roman" w:eastAsia="宋体"/>
          <w:b w:val="0"/>
          <w:sz w:val="24"/>
        </w:rPr>
        <w:t>· 想一想：你身边的电脑、手机、平板，它们共同的'大脑'是什么？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二、课堂学习任务单</w:t>
      </w:r>
    </w:p>
    <w:p>
      <w:pPr>
        <w:spacing w:lineRule="auto" w:line="324"/>
        <w:ind w:left="360"/>
      </w:pPr>
      <w:r>
        <w:rPr>
          <w:rFonts w:ascii="Times New Roman" w:hAnsi="Times New Roman" w:eastAsia="宋体"/>
          <w:b w:val="0"/>
          <w:sz w:val="24"/>
        </w:rPr>
        <w:t>· 任务 1：在时间线上正确填出计算机发展的四个阶段名称。</w:t>
      </w:r>
    </w:p>
    <w:p>
      <w:pPr>
        <w:spacing w:lineRule="auto" w:line="324"/>
        <w:ind w:left="360"/>
      </w:pPr>
      <w:r>
        <w:rPr>
          <w:rFonts w:ascii="Times New Roman" w:hAnsi="Times New Roman" w:eastAsia="宋体"/>
          <w:b w:val="0"/>
          <w:sz w:val="24"/>
        </w:rPr>
        <w:t>· 任务 2：为每个阶段找到对应的代表电子器件，并用线连起来。</w:t>
      </w:r>
    </w:p>
    <w:p>
      <w:pPr>
        <w:spacing w:lineRule="auto" w:line="324"/>
        <w:ind w:left="360"/>
      </w:pPr>
      <w:r>
        <w:rPr>
          <w:rFonts w:ascii="Times New Roman" w:hAnsi="Times New Roman" w:eastAsia="宋体"/>
          <w:b w:val="0"/>
          <w:sz w:val="24"/>
        </w:rPr>
        <w:t>· 任务 3：小组讨论：为什么计算机越做越小，功能却越来越强？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三、课堂填空 / 简答</w:t>
      </w:r>
    </w:p>
    <w:p>
      <w:pPr>
        <w:spacing w:line="336" w:lineRule="auto"/>
        <w:ind w:left="360"/>
      </w:pPr>
      <w:r>
        <w:rPr>
          <w:rFonts w:ascii="Times New Roman" w:hAnsi="Times New Roman" w:eastAsia="宋体"/>
          <w:b w:val="0"/>
          <w:sz w:val="24"/>
        </w:rPr>
        <w:t>□ 世界上第一台通用电子计算机是________，诞生于________年。</w:t>
      </w:r>
    </w:p>
    <w:p>
      <w:pPr>
        <w:spacing w:line="336" w:lineRule="auto"/>
        <w:ind w:left="360"/>
      </w:pPr>
      <w:r>
        <w:rPr>
          <w:rFonts w:ascii="Times New Roman" w:hAnsi="Times New Roman" w:eastAsia="宋体"/>
          <w:b w:val="0"/>
          <w:sz w:val="24"/>
        </w:rPr>
        <w:t>□ 计算机发展经历了电子管、________、集成电路、________四个阶段。</w:t>
      </w:r>
    </w:p>
    <w:p>
      <w:pPr>
        <w:spacing w:line="336" w:lineRule="auto"/>
        <w:ind w:left="360"/>
      </w:pPr>
      <w:r>
        <w:rPr>
          <w:rFonts w:ascii="Times New Roman" w:hAnsi="Times New Roman" w:eastAsia="宋体"/>
          <w:b w:val="0"/>
          <w:sz w:val="24"/>
        </w:rPr>
        <w:t>□ 1971 年诞生的 Intel ________ 标志着第四阶段的开始。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四、课后巩固</w:t>
      </w:r>
    </w:p>
    <w:p>
      <w:pPr>
        <w:spacing w:lineRule="auto" w:line="324"/>
        <w:ind w:left="360"/>
      </w:pPr>
      <w:r>
        <w:rPr>
          <w:rFonts w:ascii="Times New Roman" w:hAnsi="Times New Roman" w:eastAsia="宋体"/>
          <w:b w:val="0"/>
          <w:sz w:val="24"/>
        </w:rPr>
        <w:t>· 绘制计算机发展四阶段时间线手抄报（阶段 + 器件 + 代表机型）。</w:t>
      </w:r>
    </w:p>
    <w:p>
      <w:pPr>
        <w:spacing w:lineRule="auto" w:line="324"/>
        <w:ind w:left="360"/>
      </w:pPr>
      <w:r>
        <w:rPr>
          <w:rFonts w:ascii="Times New Roman" w:hAnsi="Times New Roman" w:eastAsia="宋体"/>
          <w:b w:val="0"/>
          <w:sz w:val="24"/>
        </w:rPr>
        <w:t>· 用一句话说明：'电子器件'和'计算机性能'之间有什么关系？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595959"/>
        <w:sz w:val="16"/>
      </w:rPr>
      <w:t>淮安市东城开明中学 · 初中人工智能通识课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/>
    <w:r>
      <w:rPr>
        <w:rFonts w:ascii="Times New Roman" w:hAnsi="Times New Roman" w:eastAsia="宋体"/>
        <w:b/>
        <w:color w:val="1F4E79"/>
        <w:sz w:val="18"/>
      </w:rPr>
      <w:t>淮安市东城开明中学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